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1730: 购买贺年卡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贪心容器结构体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8328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贪心 容器 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新年快到了，笑笑打算给他的好朋友们发贺年卡，而且他已经选好了自己要购买的贺卡的样式。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俗话说得好，货比三家，笑笑来到商店，看了各个商铺这种贺卡的价钱。不仅如此，笑笑还记住了每个商铺的存货量。已知笑笑打算购买 m 张贺卡，问他最少花多少钱。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m 和 n 。其中 m 表示要购买的贺卡的数量，n 表示商铺的个数。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n 行，每行两个整数，分别表示该商铺这种贺卡的单价和存货量。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仅一个数，表示笑笑花的最少钱数。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&lt; m,n ≤ 1000，每个商铺贺卡单价在 1 ∼ 100 之间，数量在 1 ∼ 1000 之间，输入保证商铺的总存货量不少于 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