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1729: 同构数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1729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5769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简单循环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同构数是这样一种数：它出现在它的平方数的右端。例如：5 的平方是 25 ， 5 就是同构数，25 的平方是 625，25 也是同构数。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再比如：100 以内的同构数有 1 5 6 25 76 这5 个整数。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请编程计算出 1 ∼ N 之间（包括 N ）的全部同构数有多少个？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一个正整数 N。（ N ≤ 10000） 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一个整数，代表 1 ∼ N 之间的全部同构数的个数。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