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1727: 英文统计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1727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有一句英文的长句，该长句由若干单词组成（长句仅包含大写字母、小写字母和空格），单词之间由一个或多个空格隔开。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请编程统计一下，该英文长句中共有多少个单词，平均一个单词有多长（平均长度保留 1 位小数），最长的单词是哪个单词（如果有多个最长的单词，输出最左边的那个单词）？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比如，假设读入英文长句如下：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This is  my    Book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该长句中包含 4 个单词；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平均一个单词长度为 3.0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This 和 Book 都是句子中最长的单词，但 This 是最左边的最长单词，因此最长单词输出 This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一行，若干个单词组成的英文长句，单词只包含大写字母和小写字母，用一个或多个空格隔开（第一个单词前和最后一个单词后也可能有空格），单词数量不超过 1000 个，每个单词长度不超过10个字母。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 3 行，第 1 行输出长句中的单词数量，第 2 行输出平均一个单词的长度（保留 1 位小数），第 3 行输出最长的单词。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