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1726: 对角线求和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 n × n 矩阵中，两条对角线上数字的和是多少？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比如，假设有一个 4 × 4 的矩阵如下：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1   2   3   4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5   6   7   8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9   10  11  12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13  14  15  16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对角线之和 = 1 + 6 + 11 + 16 + 4 + 7 + 10 + 13 = 68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行，有一个整数 n （ n 是 4 ∼ 10 之间的偶数），代表矩阵的大小。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行，每行有 n 个整数（这些整数都在1 ∼ 10000 之间），数字之间用空格隔开。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输出一个整数，代表两条对角线上数字之和。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