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1724: 采摘活动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王老师的班级组织了一次活动，去桃园摘桃子。同学们摘了很多很多桃子，王老师出了一个问题，想考考聪明的同学们，如果我们将所有桃子中最重的桃子留下（如果最重的有多个，多个最重的要全部留下），最轻的桃子也留下（如果最轻的有多个，多个最轻的也要全部留下），剩余的桃子带走，那么我们总共带走了多重的桃子，平均一个桃子多重（平均值保留 1 位小数）？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比如，假设班上同学们采摘了 8 个桃子，重量如下：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9 9 8 5 6 5 9 8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按照王老师的要求，留下重的桃子，也就是值为 9 的桃子，最轻的桃子，也就是值为 5 的桃子，因此同学们带走桃子的总重量  = 8 + 6 + 8  =  22 ，平均一个桃子的重量 = 22 / 3  =  7.3  （保留 1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输入有 2 行：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行有一个整数 n （ n  是 6 ∼ 1000 之间的整数），代表同学们采摘桃子的总个数；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个整数（这些整数都是 1 ∼ 100之间的整数），代表每个桃子的重量，数字之间用空格隔开。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输出有 2 行：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行有一个整数，代表同学们按照王老师的要求，最终带走的桃子的总重量；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行有一个小数（保留 1 位小数），代表同学们带走的桃子，平均一个桃子有多重。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