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1723: 奇偶数选大王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4726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在数字王国中，有值为 1 ∼ n 之间的整数，有奇数也有偶数；他们想分别在奇数和偶数中选出各自的大王，也就是选出奇数和偶数的最大数作为奇数大王和偶数大王。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请你编程帮助数字王国选出奇数和偶数的大王，并将所有的数字从小到大输出。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比如，假设输入 5 个数，分别是 3 8 9 1 6 ，那么奇数大王（最大数）是 9 ，偶数大王（最大数）是 8 ，因此输出奇数大王和偶数大王以及所有数按照由小到大排序如下：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1 3 6 8 9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输入有 2 行；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n（n 是 10 ∼ 1000 之间的整数），代表数字王国中数字的总个数；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个整数（这些整数值在 1 ∼ 1000000 之间，测试数据保证有奇数，也有偶数），数字之间用空格隔开。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行输出 2 个整数，分别是奇数大王和偶数大王，两个数之间用空格隔开；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行将 n 个整数从小到大排序后输出，数与数之间用空格隔开。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