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1722: 输出两位的巧数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18548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巧数指的是这样一种特殊的数，该数的各个位数字之和加上各个位数字之积等于本身的自然数。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比如整数 19 ，就是一个巧数，因为 (1+9)+(1 × 9) = 10 + 9 =19。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请编程输出所有 2 位的巧数。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由小到大输出所有的 2 位巧数，每行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