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1718: 闯关大冒险？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12136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晶晶参加学校组织的闯关大冒险的游戏，游戏中有一关是这样的，选手要计算出正确的密码，才能凭该密码进入下一关。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密码计算方式是这样的：给每位选手 1 个 4 位的整数n ，只要计算出这个整数 n 各个位中的最大数，就是该关卡的密码。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请你编程帮助晶晶，快速计算出该关卡的密码。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 n 的值为整数 1256 ，那么这个数的千位为1 、百位为 2 、十位为 5 、个位为 6 ，各个位中的最大数是 6 ，因此密码就是数字 6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个 4 位整数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一个整数，代表该关卡的密码。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