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1717: 饮料的价格？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11249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小区商店的老板新进了一批橙汁，由于进货进多了，老板担心卖不完，于是想了一个促销方案，希望大家可以多买一些回家。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如果只买 1瓶，卖 5 元 / 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如果买 2 瓶  ∼  5瓶，卖 4.5 元 / 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如果买 6 瓶  ∼  10瓶，卖 4 元 / 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如果买 10 瓶以上，卖 3.5 元 / 瓶；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请从键盘读入顾客购买的数量，计算一下，顾客应付的总金额（总金额保留 1 位小数）。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比如，某位顾客购买了 6 瓶橙汁，那么单价就是 4 元 / 瓶，该顾客应付总价 = 6 * 4.0 = 24.0 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n，代表顾客购买橙汁的瓶数。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一个小数，代表顾客应付价格，计算结果保留 1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