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1713: 输出满足条件的整数3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20246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有一个数列，该数列的前 4 个数是： 1 4 7 10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请从键盘读入一个正整数 n ，请通过观察前 4 项的规律，输出 1 ∼ n 之间所有满足该规律的数字。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在一行输入一个整数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输出满足题目要求的整数，每行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