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1712: 输出满足条件的整数2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22096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有这样的三位数，其百位、十位、个位的数字之和为偶数，且百位大于十位，十位大于个位，请输出满所有满足条件的整数。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