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1711: 输出满足条件的整数1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1711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24631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有这样的两位数，其十位上的数字比个位上的数字要大，且十位和个位上的数字之和为偶数，请找出所有的满足条件的 2 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输出满足条件的 2 位数，每行一个。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