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1710: 几位数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N(9999 ≥ n ≥ 0) 判断 N 是几位数的数字。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在一行输入一个整数。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输出该整数的位数。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