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1707: 淘淘的零花钱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1707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2194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  小明和淘淘一起玩，小明问淘淘：“淘淘，你爸爸给你多少零花钱？”淘淘没有直接回答，反问了一句：“你有多少？”小明就把自己零花钱的数目告诉了淘淘，淘淘说：“真巧，我的刚好相反。”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  你能根据小明的零花钱数目算出淘淘的零花钱数目吗？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一个两位整数，表示小明的零花钱数目。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一个整数，表示淘淘的零花钱数目。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36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63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