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1702: 四位数的差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输入一个四位数，将这个数各位数字倒序合成一个新数，输出原数和新数的差。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4321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3087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