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1701: 请输出所有的3位对称数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25009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请输出所有的 3 位对称数，对称数指的是一个整数 n 正过来和倒过来是一样的，比如：101、121、282 ⋯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请从小到大输出符合条件的3位对称数，每行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从小到大按题意输出符合条件的数，每行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