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1698: 请输出带有特殊尾数的数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29825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1 ∼ n 中所有个位为 1、3、5、7 中任意一个数的整数，每行 1 个。( n &lt; 1000 )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比如，假设从键盘读入 20，输出结果如下：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