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1697: 请输出n~1之间所有的整数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36780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 ，请输出 n ∼ 1 之间所有的整数，每行输出 1 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比如，假设读入 n=5 ，输出结果如下：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∼ 1 之间所有的数，每行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