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1695: 阿克曼（Ackmann）函数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阿克曼（ Ackmann ）函数 A ( m，n )中， m，n 定义域是非负整数，函数值定义为：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写出计算 Ack(m，n) 的递归算法程序。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7984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btcr6zj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98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两个非负整数 m 和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阿克曼函数 A(m,n) 的值。测试数据保证结果不超过 int 范围，直接用递归不超时。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（提示：阿克曼函数的值增长速度非常高，仅是对于 A(4,2) 的输出就有 19729 位，而 A(4,3) 则即使是位数也不易估计。）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