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1687: 组合+判断素数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1687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递归深搜排列组合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387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 深搜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 n 个整数 b_1,b_2,⋯,b_n。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以及一个整数 k（k &lt; n）。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n 个整数中任选 k 个整数相加，可分别得到一系列的和。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例如当 n=4，k＝3，4 个整数分别为 3,7,12,19 时，可得全部的组合与它们的和为：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3+7+12=22　　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3+7+19＝29　　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7+12+19＝38　　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3+12+19＝34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现在，要求你计算出和为素数共有多少种。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例如上例，只有一种的和为素数：3＋7＋19＝29。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第一行两个整数：n , k。 （1 ≤ n ≤ 20，k &lt; n）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个整数：x_1,x_2，⋯ ,x_n。 （1 ≤ x_i ≤ 5000000）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一个整数（满足条件的方案数）。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3 7 12 19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