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1685: n个数的全排列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1685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递归深搜排列组合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3141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递归 深搜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从键盘读入 n 个整数（每个数都是 1 ∼ 9 之间的数），输出这 n 个整数的全排列（数字不能重复）。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1 行输入一个整数 n。（1 ≤ n ≤ 8）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2 行输入 n 个不相等的整数。（每个数在 [1,9] 的范围内）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输出若干行，每行包括 n 个数据，表示一种排列方案，所有的排列按字典码从小到大排序输出。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4 6 2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2 4 6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2 6 4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4 2 6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4 6 2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6 2 4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6 4 2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