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1683: 递归法求最大值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请使用递归求 N 个数中的最大数及其位置。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个不重复的整数。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最大值和其位置。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2 4 1 6 3 10 9 7 8 5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