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1682: 数组元素之和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递归排列组合背包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个整数，并给定整数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请问：在这 N 个整数中，能否任意几个数的和为 M，如果可以找到请输出 YES，找不到请输出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第一行输入整数 N。（N &lt; 25）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个整数（每个数不超过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第三行输入整数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