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1680: 求三位数打乱次序后最大数和最小数的差值是多少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1680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1420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从键盘读入一个三位整数 n ，求这个三位整数 n 打乱次序后能够组成的最大数和最小数的差值是多少？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比如：从键盘读入 162，那么这个三位数打乱次序后能够组成的最大数是 621 ，能够组成的最小数是 126，差值 = 621 - 126 = 495；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再比如：从键盘读入 120，那么这个三位数打乱次序后能够组成的最大数是 210 ，能够组成的最小数是 12，差值 = 210 - 12 = 198 ；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一个三位整数 n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按题意求出的差值。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162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495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