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1675: 交换两数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1675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3210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读入 a，b ，若 a&gt;b 则交换 a，b 的值，再输出 a,b 的值。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两下整数 a 和 b，0 ≤ a,b ≤ 32767。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a&gt;b 则交换 a,b 的值并输出，否则直接输出 a,b 的值；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也就是说输出两个数，小数在前大数在后，中间用一个空格分隔。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8 5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5 8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本题主要思考：如何交换2个变量的数值?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