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1667: 最大数和最小数的差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15245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从键盘读入一个三位正整数 n，请问这个三位正整数的个位、十位、百位中，最大数和最小数的差值是多少？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比如：读入 123，那么差值是 3 - 1 = 2 ，再比如：读入 863 ，那么差值 = 8 - 3  = 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一个三位的正整数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这个三位数最大数和最小数的差值。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