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1666: 表达式求值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给定一个只包含加法和乘法的算术表达式，请你编程计算表达式的值。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一行，为需要你计算的表达式，表达式中只包含数字、加法运算符 “+” 和乘法运算符 “ × ”，且没有括号，所有参与运算的数字均为 0 到   2^{31}-1 之间的整数。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输入数据保证这一行只有  0-9、+、 ×  这 12 种字符。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一个整数，表示这个表达式的值。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注意：当答案长度多于 4 位时，请只输出最后 4 位，前导 0 不输出。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输入输出样例说明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 1 计算的结果为 8， 直接输出 8。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 2 计算的结果为 1234567891， 输出后 4 位，即 7891。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 3 计算的结果为 1000000004， 输出后 4 位，即 4。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的数据，0≤ 表达式中加法运算符和乘法运算符的总数 ≤100。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80% 的数据，0≤ 表达式中加法运算符和乘法运算符的总数 ≤1000。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的数据，0≤ 表达式中加法运算符和乘法运算符的总数 ≤100000。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noip2013普及组复赛第2题。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