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1663: 导弹拦截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noip2010普及组第3题。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 11 年的韬光养晦，某国研发出了一种新的导弹拦截系统，凡是与它的距离不超过其工作半径的导弹都能够被它成功拦截。当工作半径为 0 时，则能够拦截与它位置恰好相同的导弹。但该导弹拦截系统也存在这样的缺陷：每套系统每天只能设定一次工作半径。而当天的使用代价，就是所有系统工作半径的平方和。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某天，雷达捕捉到敌国的导弹来袭。由于该系统尚处于试验阶段，所以只有两套系统投入工作。如果现在的要求是拦截所有的导弹，请计算这一天的最小使用代价。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 4 个整数x_1、y_1、x_2、y_2，每两个整数之间用一个空格隔开，表示这两套导弹拦截系统的坐标分别为(x_1, y_1)、(x_2, y_2)。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1 个整数 N，表示有 N颗导弹。接下来 N行，每行两个整数 x,y，中间用 一个空格隔开，表示一颗导弹的坐标(x, y)。不同导弹的坐标可能相同。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输出只有一行，包含一个整数，即当天的最小使用代价。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两个点(x_1, y_1)、(x_2, y_2)之间距离的平方是(x_1-x_2)^2+(y_1-y_2)^2。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两套系统工作半径 r_1,r_2的平方和，是指 r_1,r_2 分别取平方后再求和，即 r_1^2+r_2^2。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样例1 中要拦截所有导弹，在满足最小使用代价的前提下，两套系统工作半径的平方分别为18 和0。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样例2中的导弹拦截系统和导弹所在的位置如下图所示。要拦截所有导弹，在满足最小使用代价的前提下，两套系统工作半径的平方分别为20 和10。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对于10%的数据，N =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对于20%的数据，1 ≤ N ≤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对于40%的数据，1 ≤ N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对于70%的数据，1 ≤ N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对于100%的数据，1 ≤ N ≤ 100000，且所有坐标分量的绝对值都不超过1000。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noip2010普及组第3题。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0416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_qgpz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166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