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1662: 数字统计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1662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noip复赛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742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noip复赛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请统计某个给定范围 [L, R] 的所有整数中，数字 2 出现的次数。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比如在给定范围 [2, 22]，数字 2 在数 2 中出现了 1 次，在数 12 中出现了 1 次，在数 20 中出现了 1 次，在数 21 中出现了 1 次，在数 22 中出现了 2 次，所以数字 2 在该范围内一共出现了 6 次。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输入共一行，为两个正整数 L 和 R，之间用一个空格隔开。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输出共 1 行，表示数字 2 出现的次数。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≤ L ≤ R ≤ 10000。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【来源】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noip2010普及组初赛第1题。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