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1659: 是否含有数字5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13330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请从键盘读入一个五位整数 n，判断其是否含有数字 5，如果含有数字 5 ，请输出这个 5 位数各个位的和；如果不含数字 5 ，请直接输出这个 5 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比如：输入：12345，就是含有数字 5 ，因此输出 15（1+2+3+4+5=15）。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再比如：输入：12188 ，就不含数字 5，那么直接输出12188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一个五位正整数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输出一个整数，代表按要求计算的结果。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