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1658: 游乐设施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11959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游乐场引进了一个新的游乐设施，可以两人一组开动该设施，但设施设计上有一个缺陷，必须一个人的体重在 60 公斤以上（包含 60 公斤），另一个人体重在 60 公斤以下，才能启动该设施。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请你编程从键盘读入两个游客的体重，判断一下设施能否启动，如果能启动输出 green，不能启动输出 red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比如输入：65.2 28.5，就可以启动设施，输出 green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再比如输入：28.5 56.7，就不能启动设施，输出 red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两个小数，代表两位游客的体重。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如果能启动输出 green ，不能启动输出 red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65.2 28.5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green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