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1651: 跳格子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地面上有一排长度为 n 的格子 1 ∼ n，每个格子上都有一个数 x_i，开始时你在位置 0 ，每次你可以向前跳 1 ∼ 2 格，然后取走格子上的数，直到跳到位置 n+1。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取走的数的和就是你的得分，现在你想知道你可能的最大得分是多少。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一行四个整数 n,A,B,C (n≤100000，0≤A,B,C≤10000)，其中 n 表示格子的数量。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x[i] 由如下方式生成：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for (int i = 1; i &lt;= n; i++){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</w:t>
        <w:tab/>
        <w:t>int tmp = ((long long)A * i * i + B * i + C) % 20000;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</w:t>
        <w:tab/>
        <w:t>x[i] = tmp - 10000;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 ans 表示可能的最大得分。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3 1 1 1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-9993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