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1648: 计算考试需要的教室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1648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13298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常州某学校组织全校学生进行考试，每个教室容纳的人数是固定的，学校的总人数和每个教室容纳的人数是从键盘输入的。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输入只有一行，在一行输入学校的总人数和每个教室容纳的学生数，中间用空格隔开。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输出该校考试所需要的教室数量。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1000 20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