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1647: 判断四位数是否为对称数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从键盘输入一个四位数，判断其是否为对称数(正过来和倒过来一样，比如 1221,1331 等等)，如果是则输出 yes，否则输出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输入一个四位数 n（1000 &lt; n &lt; 9999）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yes 或者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