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1644: 大数的平方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14357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判断两个数 a，b （不相等），输出较大数的平方值。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a, b（不大于 32767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较大数的平方。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5 8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