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1641: 整数判断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读入一个数，若这个数大于 1 并且小于 100，则输出  yes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a(-32768≤a≤32767)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输入的整数大于 1 并且小于 100 ，则输出  yes；否则什么也不输出。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