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1640: 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读入一个整数 a ，如果 a 为偶数在屏幕上输出 “ yes ” 。（ a 为奇数时屏幕无输出）。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a ， 0 ≤ a ≤ 32767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为偶数输出  “ yes ”  ，否则什么也不输出。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