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1638: 判断正负数或零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输入一个整数，判断它是正数、负数或零。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输入输出要求：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输入的数是正数时，输出该数  &gt; 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输入的数是负数时，输出该数  &lt; 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输入的数是 0 时，输出 0=0 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一个整数 n。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按题目要求输出判断结果。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6&gt;0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