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1637: 水果批发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14923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水果商店批发桔子， 100 千克或 100 千克以下，每千克 2 元。超过 100 千克，超过部分每千克 1 元。输入批发重量求批发价格。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一行，一个整数，代表水果重量。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一行，一个整数，代表水果价钱。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