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1636: 超市卖电池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15511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某超市卖电池，每节电池 2 元钱。若数量超过 10 节，则可打 9 折。请输入购买电池节数，打印相应价钱（得到保留一位小数）。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一行，相应的价钱。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23.4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