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1633: 判断3的倍数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20918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判断一个数是不是 3 的倍数，如果是打印 yes ，否则打印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一行，yes 或者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