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1632: 需要几辆车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29445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学校有 n 位同学要外出旅游，一辆大巴车可以坐 30 人，请问需要几辆大巴车？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n，代表同学的总人数。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一个整数，代表需要大巴车的数量。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