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1630: 打电话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1630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18362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超市有一门公共电话，收费标准是，如果通话时间在 10 分钟内，那么按照 1.5元/ 分钟收费，如果通话时间超过 10 分钟（含 10 分钟）按照 1.2元/ 分钟收费。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比如，如果通话 9 分钟，那么应付金额  = 9  ×  1.5 = 13.5 元；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如果通话 10 分钟，那么只需要按照 1.2 元收费，应付金额 =10  ×  1.2 = 12.0 元；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请编程从键盘读入一个整数 n ，代表通话时间，按照要求计算出应付金额是多少？（计算结果保留 1 位小数）。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 n，代表通话时间。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应付金额，计算结果保留 1 位小数。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9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13.5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