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1629: 六位数是否对称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19112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请从键盘读入一个六位整数，判断这个六位整数是否是对称数（对称数指的是，这个数正过来和倒过来是同一个数。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 123321、685586、862268 等数都是对称数），如果是对称数，则输出 “Y” ，否则输出 “N” 。（请注意字母的大小写）。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读入一个六位的整数。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如果这个六位数是对称数，输出 “Y” ，如果不是，输出 “N”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123321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