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1624: 超市的折扣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20980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小区新超市开张搞活动，凡购买总金额满 200 元及超过 200 元的顾客可以打 8 折（打 8 折的意思是总价  × 0.8）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比如，购买了 212 元的商品，那么实际付款（ = 212  ×  0.8 = 169.6 元），购物不满 200 元的顾客可以打 9 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小芳买了 3 件商品，请根据超市的活动编程计算一下，小芳实际需要付多少钱？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三个小数，代表小芳购买的三件商品的价格。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一个小数，表示小芳按照超市的活动实际应付的价格（结算结果保留 1 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89.5 98.2 36.4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179.3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