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1622: 十位大还是个位大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1622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24855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请从键盘读入一个两位数（个位和十位不相等），计算一下，这个两位数的十位和个位，哪一位更大， 输出更大的那一位。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比如，输入 18 ，由于十位为 1 ，个位为 8 ，个位更大，因此输出 8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输入一个两位整数。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输出这个两位数的十位和个位的较大数。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