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1617: 金币数量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1617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4095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国王给骑士发金币，奖励他们的忠诚和英勇。第一天国王发的金币是一个四位数，第二天发的金币是这个四位数各个位的和，请问骑士一共拿到多少金币？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比如：假设第 1 天骑士拿到了 1263 个金币，那么第 2 天就拿到了 12 个金币（ 1+2+6+3=12 ），那么他一共拿到了 1275 个金币（ 1263+12=1275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一个四位整数，代表国王第 1 天发给骑士的金币数量。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一个整数，代表骑士一共获得了多少金币。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1263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1275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