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1611: 求六位整数的各个位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20568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 6 位整数 n，请求出这个 6 位整数各个位分别是多少？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从高位到低位依次输出，每行一个。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6 位整数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 6 位数的十万位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 6 位数的万位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行输出 6 位数的千位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行输出 6 位数的百位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5 行输出 6 位数的十位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6 行输出 6 位数的个位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123456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