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1609: 四位数的计算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1609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18860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小丽在编程课上学会了拆位运算，她已经可以拆出一个四位整数的千位、百位、十位和个位了，她想知道这个整数的前两位和后两位如果分别组成两个新的整数 x 和 y 的，那么x+y 和 x/y 的计算结果分别是多少，请编程帮她实现？（请注意，除法运算的计算结果要保留 1 位小数）。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比如：整数 1208 如果将前两位和后两位分别组成两个新数，那么这两个新数分别是 x = 12 和 y = 8，计算结果分别为：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 + y = 12 + 8 = 20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 / y = 12 / 8 = 1.5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读入一个四位整数 n（n 的十位和个位不可能同时为 0 ，也就是，读入的整数不可能是类似 1200 这样的整数）。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按题意要求输出计算结果，分两行输出：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行输出前两位和后两位组成新数的和。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行输出前两位和后两位组成新数相除的结果，计算结果保留 1 位小数。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1208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1.5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