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1607: 两位数运算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22562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小丽在编程课上学会了拆位运算，她已经可以拆出一个两位整数的十位和个位了，她想知道这个整数的十位 / 个位的结果是多少，请编程帮她实现？（请注意，计算结果要保留 1 位小数）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输入一个两位的正整数 n，且 n 的个位一定不为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输出这个两位正整数十位除以个位的计算结果，结果保留 1 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3.5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